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7D4D" w14:textId="77777777" w:rsidR="002A7A2B" w:rsidRPr="002A7A2B" w:rsidRDefault="00972221" w:rsidP="002A7A2B">
      <w:pPr>
        <w:spacing w:after="0"/>
        <w:rPr>
          <w:b/>
          <w:sz w:val="32"/>
          <w:szCs w:val="24"/>
          <w:lang w:val="pt-BR"/>
        </w:rPr>
      </w:pPr>
      <w:r w:rsidRPr="002A7A2B">
        <w:rPr>
          <w:b/>
          <w:sz w:val="32"/>
          <w:szCs w:val="24"/>
          <w:lang w:val="pt-BR"/>
        </w:rPr>
        <w:t xml:space="preserve">TRIUMPH OFF‑ROAD EXPERIENCE </w:t>
      </w:r>
    </w:p>
    <w:p w14:paraId="780EE278" w14:textId="3B1B113C" w:rsidR="00211A74" w:rsidRPr="002A7A2B" w:rsidRDefault="00972221" w:rsidP="002A7A2B">
      <w:pPr>
        <w:spacing w:after="0"/>
        <w:rPr>
          <w:bCs/>
          <w:lang w:val="pt-BR"/>
        </w:rPr>
      </w:pPr>
      <w:r w:rsidRPr="002A7A2B">
        <w:rPr>
          <w:bCs/>
          <w:sz w:val="28"/>
          <w:lang w:val="pt-BR"/>
        </w:rPr>
        <w:t>TERMO DE RESPONSABILIDADE</w:t>
      </w:r>
      <w:r w:rsidR="002A7A2B">
        <w:rPr>
          <w:bCs/>
          <w:sz w:val="28"/>
          <w:lang w:val="pt-BR"/>
        </w:rPr>
        <w:t xml:space="preserve">, ASSUNÇÃO DE RISCO E </w:t>
      </w:r>
      <w:r w:rsidRPr="002A7A2B">
        <w:rPr>
          <w:bCs/>
          <w:sz w:val="28"/>
          <w:lang w:val="pt-BR"/>
        </w:rPr>
        <w:t>ISENÇÃO</w:t>
      </w:r>
    </w:p>
    <w:p w14:paraId="027B2954" w14:textId="49ED1DE8" w:rsidR="002A7A2B" w:rsidRPr="001235CA" w:rsidRDefault="00972221">
      <w:pPr>
        <w:rPr>
          <w:lang w:val="pt-BR"/>
        </w:rPr>
      </w:pPr>
      <w:r w:rsidRPr="001235CA">
        <w:rPr>
          <w:lang w:val="pt-BR"/>
        </w:rPr>
        <w:br/>
        <w:t>Eu, __________________________________,</w:t>
      </w:r>
      <w:r w:rsidR="002A7A2B">
        <w:rPr>
          <w:lang w:val="pt-BR"/>
        </w:rPr>
        <w:t xml:space="preserve"> portador(a) do</w:t>
      </w:r>
      <w:r w:rsidRPr="001235CA">
        <w:rPr>
          <w:lang w:val="pt-BR"/>
        </w:rPr>
        <w:t xml:space="preserve"> RG </w:t>
      </w:r>
      <w:r w:rsidR="002A7A2B">
        <w:rPr>
          <w:lang w:val="pt-BR"/>
        </w:rPr>
        <w:t xml:space="preserve">nº </w:t>
      </w:r>
      <w:r w:rsidRPr="001235CA">
        <w:rPr>
          <w:lang w:val="pt-BR"/>
        </w:rPr>
        <w:t>__________</w:t>
      </w:r>
      <w:r w:rsidR="002A7A2B">
        <w:rPr>
          <w:lang w:val="pt-BR"/>
        </w:rPr>
        <w:t xml:space="preserve">________e </w:t>
      </w:r>
      <w:r w:rsidRPr="001235CA">
        <w:rPr>
          <w:lang w:val="pt-BR"/>
        </w:rPr>
        <w:t xml:space="preserve">CPF </w:t>
      </w:r>
      <w:r w:rsidR="002A7A2B">
        <w:rPr>
          <w:lang w:val="pt-BR"/>
        </w:rPr>
        <w:t xml:space="preserve">nº </w:t>
      </w:r>
      <w:r w:rsidRPr="001235CA">
        <w:rPr>
          <w:lang w:val="pt-BR"/>
        </w:rPr>
        <w:t>____</w:t>
      </w:r>
      <w:r w:rsidR="002A7A2B">
        <w:rPr>
          <w:lang w:val="pt-BR"/>
        </w:rPr>
        <w:t>_______</w:t>
      </w:r>
      <w:r w:rsidRPr="001235CA">
        <w:rPr>
          <w:lang w:val="pt-BR"/>
        </w:rPr>
        <w:t xml:space="preserve">______, residente </w:t>
      </w:r>
      <w:r w:rsidR="002A7A2B">
        <w:rPr>
          <w:lang w:val="pt-BR"/>
        </w:rPr>
        <w:t>e domiciliado(a) em</w:t>
      </w:r>
      <w:r w:rsidRPr="001235CA">
        <w:rPr>
          <w:lang w:val="pt-BR"/>
        </w:rPr>
        <w:t xml:space="preserve"> ______________________</w:t>
      </w:r>
      <w:r w:rsidR="002A7A2B">
        <w:rPr>
          <w:lang w:val="pt-BR"/>
        </w:rPr>
        <w:t>______</w:t>
      </w:r>
      <w:r w:rsidRPr="001235CA">
        <w:rPr>
          <w:lang w:val="pt-BR"/>
        </w:rPr>
        <w:t>____________________, declaro</w:t>
      </w:r>
      <w:r w:rsidR="002A7A2B">
        <w:rPr>
          <w:lang w:val="pt-BR"/>
        </w:rPr>
        <w:t>,</w:t>
      </w:r>
      <w:r w:rsidRPr="001235CA">
        <w:rPr>
          <w:lang w:val="pt-BR"/>
        </w:rPr>
        <w:t xml:space="preserve"> para os devidos fins</w:t>
      </w:r>
      <w:r w:rsidR="002A7A2B">
        <w:rPr>
          <w:lang w:val="pt-BR"/>
        </w:rPr>
        <w:t>, que</w:t>
      </w:r>
      <w:r w:rsidRPr="001235CA">
        <w:rPr>
          <w:lang w:val="pt-BR"/>
        </w:rPr>
        <w:t>:</w:t>
      </w:r>
    </w:p>
    <w:p w14:paraId="6A1A713F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1. PARTICIPAÇÃO VOLUNTÁRIA</w:t>
      </w:r>
    </w:p>
    <w:p w14:paraId="1377606C" w14:textId="77777777" w:rsidR="002A7A2B" w:rsidRDefault="002A7A2B" w:rsidP="002A7A2B">
      <w:pPr>
        <w:rPr>
          <w:lang w:val="pt-BR"/>
        </w:rPr>
      </w:pPr>
      <w:r w:rsidRPr="002A7A2B">
        <w:rPr>
          <w:lang w:val="pt-BR"/>
        </w:rPr>
        <w:t xml:space="preserve">Minha participação no evento Triumph Off-Road Experience e nas atividades de </w:t>
      </w:r>
      <w:proofErr w:type="spellStart"/>
      <w:r w:rsidRPr="002A7A2B">
        <w:rPr>
          <w:lang w:val="pt-BR"/>
        </w:rPr>
        <w:t>test</w:t>
      </w:r>
      <w:proofErr w:type="spellEnd"/>
      <w:r w:rsidRPr="002A7A2B">
        <w:rPr>
          <w:lang w:val="pt-BR"/>
        </w:rPr>
        <w:t xml:space="preserve"> ride ocorre por minha livre e espontânea vontade, sem qualquer vício de consentimento, estando ciente das características e dos riscos envolvidos na atividade.</w:t>
      </w:r>
    </w:p>
    <w:p w14:paraId="2654B290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2. ASSUNÇÃO DE RISCOS</w:t>
      </w:r>
    </w:p>
    <w:p w14:paraId="1A530712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Reconheço e declaro estar ciente de que a condução de motocicletas em ambiente off-</w:t>
      </w:r>
      <w:proofErr w:type="spellStart"/>
      <w:r w:rsidRPr="002A7A2B">
        <w:rPr>
          <w:lang w:val="pt-BR"/>
        </w:rPr>
        <w:t>road</w:t>
      </w:r>
      <w:proofErr w:type="spellEnd"/>
      <w:r w:rsidRPr="002A7A2B">
        <w:rPr>
          <w:lang w:val="pt-BR"/>
        </w:rPr>
        <w:t xml:space="preserve"> envolve riscos inerentes e imprevisíveis, incluindo, mas não se limitando a:</w:t>
      </w:r>
    </w:p>
    <w:p w14:paraId="7E42FF53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quedas;</w:t>
      </w:r>
    </w:p>
    <w:p w14:paraId="6B49FF6C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colisões;</w:t>
      </w:r>
    </w:p>
    <w:p w14:paraId="10D8BE36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derrapagens;</w:t>
      </w:r>
    </w:p>
    <w:p w14:paraId="6605C75A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contato com obstáculos naturais ou artificiais;</w:t>
      </w:r>
    </w:p>
    <w:p w14:paraId="06BDA835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danos materiais;</w:t>
      </w:r>
    </w:p>
    <w:p w14:paraId="34EAAAEF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lesões corporais leves ou graves;</w:t>
      </w:r>
    </w:p>
    <w:p w14:paraId="29AC56B6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invalidez permanente;</w:t>
      </w:r>
    </w:p>
    <w:p w14:paraId="53874D52" w14:textId="77777777" w:rsidR="002A7A2B" w:rsidRPr="002A7A2B" w:rsidRDefault="002A7A2B" w:rsidP="002A7A2B">
      <w:pPr>
        <w:numPr>
          <w:ilvl w:val="0"/>
          <w:numId w:val="10"/>
        </w:numPr>
        <w:rPr>
          <w:lang w:val="pt-BR"/>
        </w:rPr>
      </w:pPr>
      <w:r w:rsidRPr="002A7A2B">
        <w:rPr>
          <w:lang w:val="pt-BR"/>
        </w:rPr>
        <w:t>e, em situações extremas, morte.</w:t>
      </w:r>
    </w:p>
    <w:p w14:paraId="08AE2E64" w14:textId="77777777" w:rsidR="002A7A2B" w:rsidRDefault="002A7A2B" w:rsidP="002A7A2B">
      <w:pPr>
        <w:rPr>
          <w:lang w:val="pt-BR"/>
        </w:rPr>
      </w:pPr>
      <w:r w:rsidRPr="002A7A2B">
        <w:rPr>
          <w:lang w:val="pt-BR"/>
        </w:rPr>
        <w:t>Declaro que compreendo tais riscos e assumo integralmente a responsabilidade por minha participação, desde que observadas pela organização as obrigações legais e os padrões razoáveis de segurança aplicáveis à atividade.</w:t>
      </w:r>
    </w:p>
    <w:p w14:paraId="39ED338C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3. HABILITAÇÃO</w:t>
      </w:r>
    </w:p>
    <w:p w14:paraId="5BDF667D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Declaro possuir Carteira Nacional de Habilitação (CNH) válida e compatível com a categoria exigida para condução da motocicleta disponibilizada durante o evento, responsabilizando-me integralmente pela veracidade das informações prestadas.</w:t>
      </w:r>
    </w:p>
    <w:p w14:paraId="246BB815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4. APTIDÃO FÍSICA E MENTAL</w:t>
      </w:r>
    </w:p>
    <w:p w14:paraId="5381BBF8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Declaro estar em plenas condições físicas, psicológicas e de saúde para participar do evento, não possuindo qualquer limitação, enfermidade ou contraindicação médica que impeça ou desaconselhe minha participação.</w:t>
      </w:r>
    </w:p>
    <w:p w14:paraId="3314F7BB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Comprometo-me a informar previamente à organização qualquer condição médica relevante que possa representar risco à minha segurança ou à de terceiros.</w:t>
      </w:r>
    </w:p>
    <w:p w14:paraId="46708438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lastRenderedPageBreak/>
        <w:t>5. REGRAS DE SEGURANÇA E UTILIZAÇÃO DE EPI</w:t>
      </w:r>
    </w:p>
    <w:p w14:paraId="658D3687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Comprometo-me a:</w:t>
      </w:r>
    </w:p>
    <w:p w14:paraId="7571BF3E" w14:textId="77777777" w:rsidR="002A7A2B" w:rsidRPr="002A7A2B" w:rsidRDefault="002A7A2B" w:rsidP="002A7A2B">
      <w:pPr>
        <w:numPr>
          <w:ilvl w:val="0"/>
          <w:numId w:val="11"/>
        </w:numPr>
        <w:rPr>
          <w:lang w:val="pt-BR"/>
        </w:rPr>
      </w:pPr>
      <w:r w:rsidRPr="002A7A2B">
        <w:rPr>
          <w:lang w:val="pt-BR"/>
        </w:rPr>
        <w:t>participar integralmente do briefing de segurança;</w:t>
      </w:r>
    </w:p>
    <w:p w14:paraId="27C2A470" w14:textId="77777777" w:rsidR="002A7A2B" w:rsidRPr="002A7A2B" w:rsidRDefault="002A7A2B" w:rsidP="002A7A2B">
      <w:pPr>
        <w:numPr>
          <w:ilvl w:val="0"/>
          <w:numId w:val="11"/>
        </w:numPr>
        <w:rPr>
          <w:lang w:val="pt-BR"/>
        </w:rPr>
      </w:pPr>
      <w:r w:rsidRPr="002A7A2B">
        <w:rPr>
          <w:lang w:val="pt-BR"/>
        </w:rPr>
        <w:t>cumprir todas as orientações dos instrutores, monitores e organizadores;</w:t>
      </w:r>
    </w:p>
    <w:p w14:paraId="712B1A5A" w14:textId="77777777" w:rsidR="002A7A2B" w:rsidRPr="002A7A2B" w:rsidRDefault="002A7A2B" w:rsidP="002A7A2B">
      <w:pPr>
        <w:numPr>
          <w:ilvl w:val="0"/>
          <w:numId w:val="11"/>
        </w:numPr>
        <w:rPr>
          <w:lang w:val="pt-BR"/>
        </w:rPr>
      </w:pPr>
      <w:r w:rsidRPr="002A7A2B">
        <w:rPr>
          <w:lang w:val="pt-BR"/>
        </w:rPr>
        <w:t>utilizar corretamente os equipamentos de proteção individual (EPI) exigidos;</w:t>
      </w:r>
    </w:p>
    <w:p w14:paraId="1D9EDB58" w14:textId="77777777" w:rsidR="002A7A2B" w:rsidRPr="002A7A2B" w:rsidRDefault="002A7A2B" w:rsidP="002A7A2B">
      <w:pPr>
        <w:numPr>
          <w:ilvl w:val="0"/>
          <w:numId w:val="11"/>
        </w:numPr>
        <w:rPr>
          <w:lang w:val="pt-BR"/>
        </w:rPr>
      </w:pPr>
      <w:r w:rsidRPr="002A7A2B">
        <w:rPr>
          <w:lang w:val="pt-BR"/>
        </w:rPr>
        <w:t>conduzir a motocicleta de forma prudente e responsável durante toda a atividade.</w:t>
      </w:r>
    </w:p>
    <w:p w14:paraId="72518121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Declaro estar ciente de que o descumprimento das orientações de segurança poderá resultar em minha exclusão imediata da atividade, sem qualquer direito a indenização ou compensação.</w:t>
      </w:r>
    </w:p>
    <w:p w14:paraId="3BD3B7BD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6. DIREITO DE INTERRUPÇÃO DA PARTICIPAÇÃO</w:t>
      </w:r>
    </w:p>
    <w:p w14:paraId="443CA51A" w14:textId="596F1121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 xml:space="preserve">Reconheço que a organização </w:t>
      </w:r>
      <w:r>
        <w:rPr>
          <w:lang w:val="pt-BR"/>
        </w:rPr>
        <w:t xml:space="preserve">da Triumph </w:t>
      </w:r>
      <w:r w:rsidRPr="002A7A2B">
        <w:rPr>
          <w:lang w:val="pt-BR"/>
        </w:rPr>
        <w:t>poderá impedir, suspender ou encerrar minha participação, a qualquer momento, caso identifique comportamento incompatível com as regras do evento, risco à segurança própria ou de terceiros, indícios de incapacidade para condução ou descumprimento das instruções fornecidas.</w:t>
      </w:r>
    </w:p>
    <w:p w14:paraId="6596AF4F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7. DANOS A TERCEIROS E AO PATRIMÔNIO</w:t>
      </w:r>
    </w:p>
    <w:p w14:paraId="60D053DF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Responsabilizo-me pelos danos materiais ou pessoais comprovadamente causados a terceiros, à organização, às motocicletas, aos equipamentos ou às instalações do evento em decorrência de ato doloso, negligência, imprudência ou imperícia de minha parte.</w:t>
      </w:r>
    </w:p>
    <w:p w14:paraId="332E7A9D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8. ATENDIMENTO MÉDICO EMERGENCIAL</w:t>
      </w:r>
    </w:p>
    <w:p w14:paraId="1922A265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Em caso de acidente, lesão ou emergência médica durante a realização da atividade, autorizo a organização a providenciar atendimento médico, remoção, transporte e encaminhamento hospitalar que julgar necessários para preservação da minha integridade física.</w:t>
      </w:r>
    </w:p>
    <w:p w14:paraId="60BCA97F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9. SEGURO</w:t>
      </w:r>
    </w:p>
    <w:p w14:paraId="40BF5ECE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Declaro estar ciente da existência de seguro de acidentes pessoais contratado pela organização, quando aplicável, exclusivamente para o período e condições definidos na respectiva apólice.</w:t>
      </w:r>
    </w:p>
    <w:p w14:paraId="08A4CD5F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Estou ciente de que as coberturas, limites de indenização, exclusões e demais condições estarão sujeitas aos termos da apólice vigente contratada para o evento.</w:t>
      </w:r>
    </w:p>
    <w:p w14:paraId="35676265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10. USO DE IMAGEM E VOZ</w:t>
      </w:r>
    </w:p>
    <w:p w14:paraId="5A368EF6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Autorizo, de forma gratuita e sem ônus, a utilização de minha imagem, voz e nome captados por meio de fotografias, vídeos ou outros registros realizados durante o evento para fins institucionais, promocionais, publicitários e de divulgação da Triumph e empresas parceiras, pelo prazo de 5 (cinco) anos, em qualquer meio de comunicação.</w:t>
      </w:r>
    </w:p>
    <w:p w14:paraId="7A175E23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11. PROTEÇÃO DE DADOS PESSOAIS (LGPD)</w:t>
      </w:r>
    </w:p>
    <w:p w14:paraId="6D835EB2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lastRenderedPageBreak/>
        <w:t>Autorizo o tratamento dos meus dados pessoais pela organização do evento, pela Triumph e por empresas contratadas para sua execução, exclusivamente para fins relacionados:</w:t>
      </w:r>
    </w:p>
    <w:p w14:paraId="63D4C7C6" w14:textId="77777777" w:rsidR="002A7A2B" w:rsidRPr="002A7A2B" w:rsidRDefault="002A7A2B" w:rsidP="002A7A2B">
      <w:pPr>
        <w:numPr>
          <w:ilvl w:val="0"/>
          <w:numId w:val="12"/>
        </w:numPr>
        <w:rPr>
          <w:lang w:val="pt-BR"/>
        </w:rPr>
      </w:pPr>
      <w:proofErr w:type="spellStart"/>
      <w:r w:rsidRPr="002A7A2B">
        <w:rPr>
          <w:lang w:val="pt-BR"/>
        </w:rPr>
        <w:t>à</w:t>
      </w:r>
      <w:proofErr w:type="spellEnd"/>
      <w:r w:rsidRPr="002A7A2B">
        <w:rPr>
          <w:lang w:val="pt-BR"/>
        </w:rPr>
        <w:t xml:space="preserve"> gestão do evento;</w:t>
      </w:r>
    </w:p>
    <w:p w14:paraId="7500F388" w14:textId="77777777" w:rsidR="002A7A2B" w:rsidRPr="002A7A2B" w:rsidRDefault="002A7A2B" w:rsidP="002A7A2B">
      <w:pPr>
        <w:numPr>
          <w:ilvl w:val="0"/>
          <w:numId w:val="12"/>
        </w:numPr>
        <w:rPr>
          <w:lang w:val="pt-BR"/>
        </w:rPr>
      </w:pPr>
      <w:r w:rsidRPr="002A7A2B">
        <w:rPr>
          <w:lang w:val="pt-BR"/>
        </w:rPr>
        <w:t>à segurança dos participantes;</w:t>
      </w:r>
    </w:p>
    <w:p w14:paraId="408BAB3B" w14:textId="77777777" w:rsidR="002A7A2B" w:rsidRPr="002A7A2B" w:rsidRDefault="002A7A2B" w:rsidP="002A7A2B">
      <w:pPr>
        <w:numPr>
          <w:ilvl w:val="0"/>
          <w:numId w:val="12"/>
        </w:numPr>
        <w:rPr>
          <w:lang w:val="pt-BR"/>
        </w:rPr>
      </w:pPr>
      <w:r w:rsidRPr="002A7A2B">
        <w:rPr>
          <w:lang w:val="pt-BR"/>
        </w:rPr>
        <w:t>ao cumprimento de obrigações legais e regulatórias;</w:t>
      </w:r>
    </w:p>
    <w:p w14:paraId="4934D5F8" w14:textId="77777777" w:rsidR="002A7A2B" w:rsidRPr="002A7A2B" w:rsidRDefault="002A7A2B" w:rsidP="002A7A2B">
      <w:pPr>
        <w:numPr>
          <w:ilvl w:val="0"/>
          <w:numId w:val="12"/>
        </w:numPr>
        <w:rPr>
          <w:lang w:val="pt-BR"/>
        </w:rPr>
      </w:pPr>
      <w:r w:rsidRPr="002A7A2B">
        <w:rPr>
          <w:lang w:val="pt-BR"/>
        </w:rPr>
        <w:t>ao relacionamento com os participantes;</w:t>
      </w:r>
    </w:p>
    <w:p w14:paraId="0B015547" w14:textId="77777777" w:rsidR="002A7A2B" w:rsidRPr="002A7A2B" w:rsidRDefault="002A7A2B" w:rsidP="002A7A2B">
      <w:pPr>
        <w:numPr>
          <w:ilvl w:val="0"/>
          <w:numId w:val="12"/>
        </w:numPr>
        <w:rPr>
          <w:lang w:val="pt-BR"/>
        </w:rPr>
      </w:pPr>
      <w:r w:rsidRPr="002A7A2B">
        <w:rPr>
          <w:lang w:val="pt-BR"/>
        </w:rPr>
        <w:t>e às finalidades descritas na respectiva Política de Privacidade.</w:t>
      </w:r>
    </w:p>
    <w:p w14:paraId="4D313186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12. ACEITE ELETRÔNICO</w:t>
      </w:r>
    </w:p>
    <w:p w14:paraId="7345CC60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Declaro que tive acesso prévio ao presente Termo de Responsabilidade, Assunção de Risco e Isenção, que li integralmente seu conteúdo e que manifestei minha concordância de forma livre, consciente e inequívoca, inclusive por meio eletrônico, quando aplicável.</w:t>
      </w:r>
    </w:p>
    <w:p w14:paraId="57BE71E4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Reconheço que os registros eletrônicos de aceite, incluindo data, horário, IP e demais dados de autenticação eventualmente coletados, constituem prova válida de minha manifestação de vontade.</w:t>
      </w:r>
    </w:p>
    <w:p w14:paraId="40240AC6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13. MENORES DE IDADE</w:t>
      </w:r>
    </w:p>
    <w:p w14:paraId="41BE2AB1" w14:textId="77777777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A participação de menores de idade somente será permitida mediante autorização expressa e assinatura deste termo por seu responsável legal, que declara ter ciência integral de seu conteúdo e assumir as obrigações correspondentes.</w:t>
      </w:r>
    </w:p>
    <w:p w14:paraId="37789D32" w14:textId="77777777" w:rsidR="002A7A2B" w:rsidRPr="002A7A2B" w:rsidRDefault="002A7A2B" w:rsidP="002A7A2B">
      <w:pPr>
        <w:rPr>
          <w:b/>
          <w:bCs/>
          <w:lang w:val="pt-BR"/>
        </w:rPr>
      </w:pPr>
      <w:r w:rsidRPr="002A7A2B">
        <w:rPr>
          <w:b/>
          <w:bCs/>
          <w:lang w:val="pt-BR"/>
        </w:rPr>
        <w:t>14. FORO</w:t>
      </w:r>
    </w:p>
    <w:p w14:paraId="31F5225B" w14:textId="4F9E873C" w:rsidR="002A7A2B" w:rsidRPr="002A7A2B" w:rsidRDefault="002A7A2B" w:rsidP="002A7A2B">
      <w:pPr>
        <w:rPr>
          <w:lang w:val="pt-BR"/>
        </w:rPr>
      </w:pPr>
      <w:r w:rsidRPr="002A7A2B">
        <w:rPr>
          <w:lang w:val="pt-BR"/>
        </w:rPr>
        <w:t>Fica eleito o Foro da Comarca de São Paulo/SP para dirimir quaisquer controvérsias oriundas deste termo, com renúncia expressa a qualquer outro, por mais privilegiado que seja.</w:t>
      </w:r>
    </w:p>
    <w:p w14:paraId="2433D8EC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LOCAL E DATA:</w:t>
      </w:r>
      <w:r w:rsidRPr="002A7A2B">
        <w:rPr>
          <w:lang w:val="pt-BR"/>
        </w:rPr>
        <w:t xml:space="preserve"> _______________________________________________</w:t>
      </w:r>
    </w:p>
    <w:p w14:paraId="7415A3BB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NOME DO PARTICIPANTE:</w:t>
      </w:r>
      <w:r w:rsidRPr="002A7A2B">
        <w:rPr>
          <w:lang w:val="pt-BR"/>
        </w:rPr>
        <w:t xml:space="preserve"> _______________________________________</w:t>
      </w:r>
    </w:p>
    <w:p w14:paraId="7D374081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ASSINATURA:</w:t>
      </w:r>
      <w:r w:rsidRPr="002A7A2B">
        <w:rPr>
          <w:lang w:val="pt-BR"/>
        </w:rPr>
        <w:t xml:space="preserve"> ________________________________________________</w:t>
      </w:r>
    </w:p>
    <w:p w14:paraId="4BB29391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CPF:</w:t>
      </w:r>
      <w:r w:rsidRPr="002A7A2B">
        <w:rPr>
          <w:lang w:val="pt-BR"/>
        </w:rPr>
        <w:t xml:space="preserve"> ______________________________________________________</w:t>
      </w:r>
    </w:p>
    <w:p w14:paraId="1CD40183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RESPONSÁVEL LEGAL (SE APLICÁVEL):</w:t>
      </w:r>
      <w:r w:rsidRPr="002A7A2B">
        <w:rPr>
          <w:lang w:val="pt-BR"/>
        </w:rPr>
        <w:t xml:space="preserve"> _____________________________</w:t>
      </w:r>
    </w:p>
    <w:p w14:paraId="0C4ABE48" w14:textId="77777777" w:rsidR="002A7A2B" w:rsidRPr="002A7A2B" w:rsidRDefault="002A7A2B" w:rsidP="002A7A2B">
      <w:pPr>
        <w:rPr>
          <w:lang w:val="pt-BR"/>
        </w:rPr>
      </w:pPr>
      <w:r w:rsidRPr="002A7A2B">
        <w:rPr>
          <w:b/>
          <w:bCs/>
          <w:lang w:val="pt-BR"/>
        </w:rPr>
        <w:t>ASSINATURA DO RESPONSÁVEL LEGAL:</w:t>
      </w:r>
      <w:r w:rsidRPr="002A7A2B">
        <w:rPr>
          <w:lang w:val="pt-BR"/>
        </w:rPr>
        <w:t xml:space="preserve"> _____________________________</w:t>
      </w:r>
    </w:p>
    <w:p w14:paraId="6E9FBE01" w14:textId="766655C8" w:rsidR="002A7A2B" w:rsidRDefault="002A7A2B">
      <w:pPr>
        <w:rPr>
          <w:lang w:val="pt-BR"/>
        </w:rPr>
      </w:pPr>
      <w:r w:rsidRPr="002A7A2B">
        <w:rPr>
          <w:b/>
          <w:bCs/>
          <w:lang w:val="pt-BR"/>
        </w:rPr>
        <w:t>CPF DO RESPONSÁVEL LEGAL:</w:t>
      </w:r>
      <w:r w:rsidRPr="002A7A2B">
        <w:rPr>
          <w:lang w:val="pt-BR"/>
        </w:rPr>
        <w:t xml:space="preserve"> ___________________________________</w:t>
      </w:r>
    </w:p>
    <w:sectPr w:rsidR="002A7A2B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5675A3"/>
    <w:multiLevelType w:val="multilevel"/>
    <w:tmpl w:val="7E0E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01910"/>
    <w:multiLevelType w:val="multilevel"/>
    <w:tmpl w:val="429E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DB550D"/>
    <w:multiLevelType w:val="multilevel"/>
    <w:tmpl w:val="57D0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658493">
    <w:abstractNumId w:val="8"/>
  </w:num>
  <w:num w:numId="2" w16cid:durableId="1065685755">
    <w:abstractNumId w:val="6"/>
  </w:num>
  <w:num w:numId="3" w16cid:durableId="1674919743">
    <w:abstractNumId w:val="5"/>
  </w:num>
  <w:num w:numId="4" w16cid:durableId="553086360">
    <w:abstractNumId w:val="4"/>
  </w:num>
  <w:num w:numId="5" w16cid:durableId="1256474634">
    <w:abstractNumId w:val="7"/>
  </w:num>
  <w:num w:numId="6" w16cid:durableId="888607670">
    <w:abstractNumId w:val="3"/>
  </w:num>
  <w:num w:numId="7" w16cid:durableId="335156539">
    <w:abstractNumId w:val="2"/>
  </w:num>
  <w:num w:numId="8" w16cid:durableId="1248462760">
    <w:abstractNumId w:val="1"/>
  </w:num>
  <w:num w:numId="9" w16cid:durableId="597908390">
    <w:abstractNumId w:val="0"/>
  </w:num>
  <w:num w:numId="10" w16cid:durableId="1917013375">
    <w:abstractNumId w:val="9"/>
  </w:num>
  <w:num w:numId="11" w16cid:durableId="903223069">
    <w:abstractNumId w:val="10"/>
  </w:num>
  <w:num w:numId="12" w16cid:durableId="262223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CA"/>
    <w:rsid w:val="0015074B"/>
    <w:rsid w:val="00211A74"/>
    <w:rsid w:val="0029639D"/>
    <w:rsid w:val="002A7A2B"/>
    <w:rsid w:val="00326F90"/>
    <w:rsid w:val="00643531"/>
    <w:rsid w:val="00667CB1"/>
    <w:rsid w:val="0097222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A2C04CD-E2AB-4C95-9BFC-8C741CB7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 Munareti</cp:lastModifiedBy>
  <cp:revision>3</cp:revision>
  <dcterms:created xsi:type="dcterms:W3CDTF">2013-12-23T23:15:00Z</dcterms:created>
  <dcterms:modified xsi:type="dcterms:W3CDTF">2026-08-07T11:56:00Z</dcterms:modified>
  <cp:category/>
</cp:coreProperties>
</file>